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72E14" w14:textId="77777777" w:rsidR="009F58E3" w:rsidRDefault="00AC0735">
      <w:pPr>
        <w:spacing w:after="20"/>
        <w:jc w:val="center"/>
      </w:pPr>
      <w:r>
        <w:rPr>
          <w:b/>
          <w:sz w:val="32"/>
        </w:rPr>
        <w:t>ULUSLARARASI TURİZM DESTİNASYONLARI</w:t>
      </w:r>
    </w:p>
    <w:p w14:paraId="4FAF96E6" w14:textId="77777777" w:rsidR="009F58E3" w:rsidRPr="005221F3" w:rsidRDefault="00AC0735">
      <w:pPr>
        <w:spacing w:after="80"/>
        <w:jc w:val="center"/>
        <w:rPr>
          <w:sz w:val="22"/>
        </w:rPr>
      </w:pPr>
      <w:r w:rsidRPr="005221F3">
        <w:rPr>
          <w:b/>
          <w:sz w:val="22"/>
        </w:rPr>
        <w:t xml:space="preserve">2026–2027 </w:t>
      </w:r>
      <w:proofErr w:type="spellStart"/>
      <w:r w:rsidRPr="005221F3">
        <w:rPr>
          <w:b/>
          <w:sz w:val="22"/>
        </w:rPr>
        <w:t>Güz</w:t>
      </w:r>
      <w:proofErr w:type="spellEnd"/>
      <w:r w:rsidRPr="005221F3">
        <w:rPr>
          <w:b/>
          <w:sz w:val="22"/>
        </w:rPr>
        <w:t xml:space="preserve"> </w:t>
      </w:r>
      <w:proofErr w:type="spellStart"/>
      <w:r w:rsidRPr="005221F3">
        <w:rPr>
          <w:b/>
          <w:sz w:val="22"/>
        </w:rPr>
        <w:t>Dönemi</w:t>
      </w:r>
      <w:proofErr w:type="spellEnd"/>
      <w:r w:rsidRPr="005221F3">
        <w:rPr>
          <w:b/>
          <w:sz w:val="22"/>
        </w:rPr>
        <w:t xml:space="preserve"> – </w:t>
      </w:r>
      <w:proofErr w:type="spellStart"/>
      <w:r w:rsidRPr="005221F3">
        <w:rPr>
          <w:b/>
          <w:sz w:val="22"/>
        </w:rPr>
        <w:t>Öğrenci</w:t>
      </w:r>
      <w:proofErr w:type="spellEnd"/>
      <w:r w:rsidRPr="005221F3">
        <w:rPr>
          <w:b/>
          <w:sz w:val="22"/>
        </w:rPr>
        <w:t xml:space="preserve"> Ders </w:t>
      </w:r>
      <w:proofErr w:type="spellStart"/>
      <w:r w:rsidRPr="005221F3">
        <w:rPr>
          <w:b/>
          <w:sz w:val="22"/>
        </w:rPr>
        <w:t>İzlencesi</w:t>
      </w:r>
      <w:proofErr w:type="spellEnd"/>
    </w:p>
    <w:p w14:paraId="1E3CC308" w14:textId="77777777" w:rsidR="009F58E3" w:rsidRPr="005221F3" w:rsidRDefault="00AC0735">
      <w:pPr>
        <w:spacing w:after="60"/>
        <w:rPr>
          <w:sz w:val="22"/>
        </w:rPr>
      </w:pPr>
      <w:r w:rsidRPr="005221F3">
        <w:rPr>
          <w:sz w:val="22"/>
        </w:rPr>
        <w:t xml:space="preserve">Ders </w:t>
      </w:r>
      <w:proofErr w:type="spellStart"/>
      <w:r w:rsidRPr="005221F3">
        <w:rPr>
          <w:sz w:val="22"/>
        </w:rPr>
        <w:t>kapsamında</w:t>
      </w:r>
      <w:proofErr w:type="spellEnd"/>
      <w:r w:rsidRPr="005221F3">
        <w:rPr>
          <w:sz w:val="22"/>
        </w:rPr>
        <w:t xml:space="preserve"> her </w:t>
      </w:r>
      <w:proofErr w:type="spellStart"/>
      <w:r w:rsidRPr="005221F3">
        <w:rPr>
          <w:sz w:val="22"/>
        </w:rPr>
        <w:t>öğrenci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dönem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boyunca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iki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farklı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ülke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seçerek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sunum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yapacaktır</w:t>
      </w:r>
      <w:proofErr w:type="spellEnd"/>
      <w:r w:rsidRPr="005221F3">
        <w:rPr>
          <w:sz w:val="22"/>
        </w:rPr>
        <w:t xml:space="preserve">. </w:t>
      </w:r>
      <w:proofErr w:type="spellStart"/>
      <w:r w:rsidRPr="005221F3">
        <w:rPr>
          <w:sz w:val="22"/>
        </w:rPr>
        <w:t>Vize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ve</w:t>
      </w:r>
      <w:proofErr w:type="spellEnd"/>
      <w:r w:rsidRPr="005221F3">
        <w:rPr>
          <w:sz w:val="22"/>
        </w:rPr>
        <w:t xml:space="preserve"> final </w:t>
      </w:r>
      <w:proofErr w:type="spellStart"/>
      <w:r w:rsidRPr="005221F3">
        <w:rPr>
          <w:sz w:val="22"/>
        </w:rPr>
        <w:t>seçimlerinde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kıta</w:t>
      </w:r>
      <w:proofErr w:type="spellEnd"/>
      <w:r w:rsidRPr="005221F3">
        <w:rPr>
          <w:sz w:val="22"/>
        </w:rPr>
        <w:t>/</w:t>
      </w:r>
      <w:proofErr w:type="spellStart"/>
      <w:r w:rsidRPr="005221F3">
        <w:rPr>
          <w:sz w:val="22"/>
        </w:rPr>
        <w:t>bölge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sınırlaması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yoktur</w:t>
      </w:r>
      <w:proofErr w:type="spellEnd"/>
      <w:r w:rsidRPr="005221F3">
        <w:rPr>
          <w:sz w:val="22"/>
        </w:rPr>
        <w:t xml:space="preserve">. Her </w:t>
      </w:r>
      <w:proofErr w:type="spellStart"/>
      <w:r w:rsidRPr="005221F3">
        <w:rPr>
          <w:sz w:val="22"/>
        </w:rPr>
        <w:t>ülke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sınıfta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yalnızca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bir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kez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seçilebilir</w:t>
      </w:r>
      <w:proofErr w:type="spellEnd"/>
      <w:r w:rsidRPr="005221F3">
        <w:rPr>
          <w:sz w:val="22"/>
        </w:rPr>
        <w:t>.</w:t>
      </w:r>
    </w:p>
    <w:p w14:paraId="1C12DCB4" w14:textId="77777777" w:rsidR="009F58E3" w:rsidRPr="005221F3" w:rsidRDefault="00AC0735">
      <w:pPr>
        <w:spacing w:after="40"/>
        <w:rPr>
          <w:sz w:val="22"/>
        </w:rPr>
      </w:pPr>
      <w:r w:rsidRPr="005221F3">
        <w:rPr>
          <w:b/>
          <w:sz w:val="22"/>
        </w:rPr>
        <w:t xml:space="preserve">1. </w:t>
      </w:r>
      <w:proofErr w:type="spellStart"/>
      <w:r w:rsidRPr="005221F3">
        <w:rPr>
          <w:b/>
          <w:sz w:val="22"/>
        </w:rPr>
        <w:t>Öğrenci</w:t>
      </w:r>
      <w:proofErr w:type="spellEnd"/>
      <w:r w:rsidRPr="005221F3">
        <w:rPr>
          <w:b/>
          <w:sz w:val="22"/>
        </w:rPr>
        <w:t xml:space="preserve"> </w:t>
      </w:r>
      <w:proofErr w:type="spellStart"/>
      <w:r w:rsidRPr="005221F3">
        <w:rPr>
          <w:b/>
          <w:sz w:val="22"/>
        </w:rPr>
        <w:t>Görevi</w:t>
      </w:r>
      <w:proofErr w:type="spell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757"/>
        <w:gridCol w:w="1871"/>
        <w:gridCol w:w="5102"/>
      </w:tblGrid>
      <w:tr w:rsidR="009F58E3" w:rsidRPr="005221F3" w14:paraId="75B30218" w14:textId="77777777">
        <w:trPr>
          <w:jc w:val="center"/>
        </w:trPr>
        <w:tc>
          <w:tcPr>
            <w:tcW w:w="1757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AA9B438" w14:textId="77777777" w:rsidR="009F58E3" w:rsidRPr="005221F3" w:rsidRDefault="00AC0735">
            <w:pPr>
              <w:rPr>
                <w:sz w:val="22"/>
              </w:rPr>
            </w:pPr>
            <w:proofErr w:type="spellStart"/>
            <w:r w:rsidRPr="005221F3">
              <w:rPr>
                <w:b/>
                <w:sz w:val="22"/>
              </w:rPr>
              <w:t>Değerlendirme</w:t>
            </w:r>
            <w:proofErr w:type="spellEnd"/>
          </w:p>
        </w:tc>
        <w:tc>
          <w:tcPr>
            <w:tcW w:w="1871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B737F1D" w14:textId="77777777" w:rsidR="009F58E3" w:rsidRPr="005221F3" w:rsidRDefault="00AC0735">
            <w:pPr>
              <w:rPr>
                <w:sz w:val="22"/>
              </w:rPr>
            </w:pPr>
            <w:proofErr w:type="spellStart"/>
            <w:r w:rsidRPr="005221F3">
              <w:rPr>
                <w:b/>
                <w:sz w:val="22"/>
              </w:rPr>
              <w:t>Seçim</w:t>
            </w:r>
            <w:proofErr w:type="spellEnd"/>
          </w:p>
        </w:tc>
        <w:tc>
          <w:tcPr>
            <w:tcW w:w="5102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8E07346" w14:textId="77777777" w:rsidR="009F58E3" w:rsidRPr="005221F3" w:rsidRDefault="00AC0735">
            <w:pPr>
              <w:rPr>
                <w:sz w:val="22"/>
              </w:rPr>
            </w:pPr>
            <w:r w:rsidRPr="005221F3">
              <w:rPr>
                <w:b/>
                <w:sz w:val="22"/>
              </w:rPr>
              <w:t>Kural</w:t>
            </w:r>
          </w:p>
        </w:tc>
      </w:tr>
      <w:tr w:rsidR="009F58E3" w:rsidRPr="005221F3" w14:paraId="4C312904" w14:textId="77777777">
        <w:trPr>
          <w:jc w:val="center"/>
        </w:trPr>
        <w:tc>
          <w:tcPr>
            <w:tcW w:w="175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F643F5D" w14:textId="77777777" w:rsidR="009F58E3" w:rsidRPr="005221F3" w:rsidRDefault="00AC0735">
            <w:pPr>
              <w:rPr>
                <w:sz w:val="22"/>
              </w:rPr>
            </w:pPr>
            <w:proofErr w:type="spellStart"/>
            <w:r w:rsidRPr="005221F3">
              <w:rPr>
                <w:sz w:val="22"/>
              </w:rPr>
              <w:t>Vize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Sunumu</w:t>
            </w:r>
            <w:proofErr w:type="spellEnd"/>
          </w:p>
        </w:tc>
        <w:tc>
          <w:tcPr>
            <w:tcW w:w="187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3DFBB4F" w14:textId="77777777" w:rsidR="009F58E3" w:rsidRPr="005221F3" w:rsidRDefault="00AC0735">
            <w:pPr>
              <w:rPr>
                <w:sz w:val="22"/>
              </w:rPr>
            </w:pPr>
            <w:proofErr w:type="spellStart"/>
            <w:r w:rsidRPr="005221F3">
              <w:rPr>
                <w:sz w:val="22"/>
              </w:rPr>
              <w:t>Listeden</w:t>
            </w:r>
            <w:proofErr w:type="spellEnd"/>
            <w:r w:rsidRPr="005221F3">
              <w:rPr>
                <w:sz w:val="22"/>
              </w:rPr>
              <w:t xml:space="preserve"> 1 </w:t>
            </w:r>
            <w:proofErr w:type="spellStart"/>
            <w:r w:rsidRPr="005221F3">
              <w:rPr>
                <w:sz w:val="22"/>
              </w:rPr>
              <w:t>ülke</w:t>
            </w:r>
            <w:proofErr w:type="spellEnd"/>
          </w:p>
        </w:tc>
        <w:tc>
          <w:tcPr>
            <w:tcW w:w="51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921AE86" w14:textId="77777777" w:rsidR="009F58E3" w:rsidRPr="005221F3" w:rsidRDefault="00AC0735">
            <w:pPr>
              <w:rPr>
                <w:sz w:val="22"/>
              </w:rPr>
            </w:pPr>
            <w:proofErr w:type="spellStart"/>
            <w:r w:rsidRPr="005221F3">
              <w:rPr>
                <w:sz w:val="22"/>
              </w:rPr>
              <w:t>Herhangi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bir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kıta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veya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bölgeden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seçilebilir</w:t>
            </w:r>
            <w:proofErr w:type="spellEnd"/>
            <w:r w:rsidRPr="005221F3">
              <w:rPr>
                <w:sz w:val="22"/>
              </w:rPr>
              <w:t>.</w:t>
            </w:r>
          </w:p>
        </w:tc>
      </w:tr>
      <w:tr w:rsidR="009F58E3" w:rsidRPr="005221F3" w14:paraId="72F71C6B" w14:textId="77777777">
        <w:trPr>
          <w:jc w:val="center"/>
        </w:trPr>
        <w:tc>
          <w:tcPr>
            <w:tcW w:w="175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FF4C3B" w14:textId="77777777" w:rsidR="009F58E3" w:rsidRPr="005221F3" w:rsidRDefault="00AC0735">
            <w:pPr>
              <w:rPr>
                <w:sz w:val="22"/>
              </w:rPr>
            </w:pPr>
            <w:r w:rsidRPr="005221F3">
              <w:rPr>
                <w:sz w:val="22"/>
              </w:rPr>
              <w:t xml:space="preserve">Final </w:t>
            </w:r>
            <w:proofErr w:type="spellStart"/>
            <w:r w:rsidRPr="005221F3">
              <w:rPr>
                <w:sz w:val="22"/>
              </w:rPr>
              <w:t>Sunumu</w:t>
            </w:r>
            <w:proofErr w:type="spellEnd"/>
          </w:p>
        </w:tc>
        <w:tc>
          <w:tcPr>
            <w:tcW w:w="1871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11C3BBE" w14:textId="77777777" w:rsidR="009F58E3" w:rsidRPr="005221F3" w:rsidRDefault="00AC0735">
            <w:pPr>
              <w:rPr>
                <w:sz w:val="22"/>
              </w:rPr>
            </w:pPr>
            <w:proofErr w:type="spellStart"/>
            <w:r w:rsidRPr="005221F3">
              <w:rPr>
                <w:sz w:val="22"/>
              </w:rPr>
              <w:t>Listeden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farklı</w:t>
            </w:r>
            <w:proofErr w:type="spellEnd"/>
            <w:r w:rsidRPr="005221F3">
              <w:rPr>
                <w:sz w:val="22"/>
              </w:rPr>
              <w:t xml:space="preserve"> 1 </w:t>
            </w:r>
            <w:proofErr w:type="spellStart"/>
            <w:r w:rsidRPr="005221F3">
              <w:rPr>
                <w:sz w:val="22"/>
              </w:rPr>
              <w:t>ülke</w:t>
            </w:r>
            <w:proofErr w:type="spellEnd"/>
          </w:p>
        </w:tc>
        <w:tc>
          <w:tcPr>
            <w:tcW w:w="51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32CA65D" w14:textId="77777777" w:rsidR="009F58E3" w:rsidRPr="005221F3" w:rsidRDefault="00AC0735">
            <w:pPr>
              <w:rPr>
                <w:sz w:val="22"/>
              </w:rPr>
            </w:pPr>
            <w:proofErr w:type="spellStart"/>
            <w:r w:rsidRPr="005221F3">
              <w:rPr>
                <w:sz w:val="22"/>
              </w:rPr>
              <w:t>Vizede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seçilen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ülkeden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farklı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olmalıdır</w:t>
            </w:r>
            <w:proofErr w:type="spellEnd"/>
            <w:r w:rsidRPr="005221F3">
              <w:rPr>
                <w:sz w:val="22"/>
              </w:rPr>
              <w:t>.</w:t>
            </w:r>
          </w:p>
        </w:tc>
      </w:tr>
    </w:tbl>
    <w:p w14:paraId="0D0A1E86" w14:textId="77777777" w:rsidR="009F58E3" w:rsidRPr="005221F3" w:rsidRDefault="00AC0735">
      <w:pPr>
        <w:spacing w:before="60" w:after="60"/>
        <w:rPr>
          <w:sz w:val="22"/>
        </w:rPr>
      </w:pPr>
      <w:proofErr w:type="spellStart"/>
      <w:r w:rsidRPr="005221F3">
        <w:rPr>
          <w:sz w:val="22"/>
        </w:rPr>
        <w:t>Seçim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kuralı</w:t>
      </w:r>
      <w:proofErr w:type="spellEnd"/>
      <w:r w:rsidRPr="005221F3">
        <w:rPr>
          <w:sz w:val="22"/>
        </w:rPr>
        <w:t xml:space="preserve">: Bir </w:t>
      </w:r>
      <w:proofErr w:type="spellStart"/>
      <w:r w:rsidRPr="005221F3">
        <w:rPr>
          <w:sz w:val="22"/>
        </w:rPr>
        <w:t>ülke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sınıfta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yalnızca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bir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kez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seçilebilir</w:t>
      </w:r>
      <w:proofErr w:type="spellEnd"/>
      <w:r w:rsidRPr="005221F3">
        <w:rPr>
          <w:sz w:val="22"/>
        </w:rPr>
        <w:t xml:space="preserve">. </w:t>
      </w:r>
      <w:proofErr w:type="spellStart"/>
      <w:r w:rsidRPr="005221F3">
        <w:rPr>
          <w:sz w:val="22"/>
        </w:rPr>
        <w:t>Böylece</w:t>
      </w:r>
      <w:proofErr w:type="spellEnd"/>
      <w:r w:rsidRPr="005221F3">
        <w:rPr>
          <w:sz w:val="22"/>
        </w:rPr>
        <w:t xml:space="preserve"> 45 </w:t>
      </w:r>
      <w:proofErr w:type="spellStart"/>
      <w:r w:rsidRPr="005221F3">
        <w:rPr>
          <w:sz w:val="22"/>
        </w:rPr>
        <w:t>öğrencinin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vize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ve</w:t>
      </w:r>
      <w:proofErr w:type="spellEnd"/>
      <w:r w:rsidRPr="005221F3">
        <w:rPr>
          <w:sz w:val="22"/>
        </w:rPr>
        <w:t xml:space="preserve"> final </w:t>
      </w:r>
      <w:proofErr w:type="spellStart"/>
      <w:r w:rsidRPr="005221F3">
        <w:rPr>
          <w:sz w:val="22"/>
        </w:rPr>
        <w:t>sunumları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için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toplam</w:t>
      </w:r>
      <w:proofErr w:type="spellEnd"/>
      <w:r w:rsidRPr="005221F3">
        <w:rPr>
          <w:sz w:val="22"/>
        </w:rPr>
        <w:t xml:space="preserve"> 90 </w:t>
      </w:r>
      <w:proofErr w:type="spellStart"/>
      <w:r w:rsidRPr="005221F3">
        <w:rPr>
          <w:sz w:val="22"/>
        </w:rPr>
        <w:t>farklı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ülke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kullanılacaktır</w:t>
      </w:r>
      <w:proofErr w:type="spellEnd"/>
      <w:r w:rsidRPr="005221F3">
        <w:rPr>
          <w:sz w:val="22"/>
        </w:rPr>
        <w:t>.</w:t>
      </w:r>
    </w:p>
    <w:p w14:paraId="5841B2A6" w14:textId="77777777" w:rsidR="009F58E3" w:rsidRPr="005221F3" w:rsidRDefault="00AC0735">
      <w:pPr>
        <w:spacing w:after="20"/>
        <w:rPr>
          <w:sz w:val="22"/>
        </w:rPr>
      </w:pPr>
      <w:r w:rsidRPr="005221F3">
        <w:rPr>
          <w:b/>
          <w:sz w:val="22"/>
        </w:rPr>
        <w:t xml:space="preserve">2. </w:t>
      </w:r>
      <w:proofErr w:type="spellStart"/>
      <w:r w:rsidRPr="005221F3">
        <w:rPr>
          <w:b/>
          <w:sz w:val="22"/>
        </w:rPr>
        <w:t>Sunumda</w:t>
      </w:r>
      <w:proofErr w:type="spellEnd"/>
      <w:r w:rsidRPr="005221F3">
        <w:rPr>
          <w:b/>
          <w:sz w:val="22"/>
        </w:rPr>
        <w:t xml:space="preserve"> </w:t>
      </w:r>
      <w:proofErr w:type="spellStart"/>
      <w:r w:rsidRPr="005221F3">
        <w:rPr>
          <w:b/>
          <w:sz w:val="22"/>
        </w:rPr>
        <w:t>Bulunması</w:t>
      </w:r>
      <w:proofErr w:type="spellEnd"/>
      <w:r w:rsidRPr="005221F3">
        <w:rPr>
          <w:b/>
          <w:sz w:val="22"/>
        </w:rPr>
        <w:t xml:space="preserve"> </w:t>
      </w:r>
      <w:proofErr w:type="spellStart"/>
      <w:r w:rsidRPr="005221F3">
        <w:rPr>
          <w:b/>
          <w:sz w:val="22"/>
        </w:rPr>
        <w:t>Gereken</w:t>
      </w:r>
      <w:proofErr w:type="spellEnd"/>
      <w:r w:rsidRPr="005221F3">
        <w:rPr>
          <w:b/>
          <w:sz w:val="22"/>
        </w:rPr>
        <w:t xml:space="preserve"> </w:t>
      </w:r>
      <w:proofErr w:type="spellStart"/>
      <w:r w:rsidRPr="005221F3">
        <w:rPr>
          <w:b/>
          <w:sz w:val="22"/>
        </w:rPr>
        <w:t>Başlıklar</w:t>
      </w:r>
      <w:proofErr w:type="spellEnd"/>
    </w:p>
    <w:p w14:paraId="6B6F7E71" w14:textId="77777777" w:rsidR="009F58E3" w:rsidRPr="005221F3" w:rsidRDefault="00AC0735">
      <w:pPr>
        <w:pStyle w:val="ListeMaddemi"/>
        <w:spacing w:after="0" w:line="228" w:lineRule="auto"/>
        <w:rPr>
          <w:sz w:val="22"/>
        </w:rPr>
      </w:pPr>
      <w:proofErr w:type="spellStart"/>
      <w:r w:rsidRPr="005221F3">
        <w:rPr>
          <w:sz w:val="22"/>
        </w:rPr>
        <w:t>Ülkenin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kısa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tanıtımı</w:t>
      </w:r>
      <w:proofErr w:type="spellEnd"/>
      <w:r w:rsidRPr="005221F3">
        <w:rPr>
          <w:sz w:val="22"/>
        </w:rPr>
        <w:t xml:space="preserve">: </w:t>
      </w:r>
      <w:proofErr w:type="spellStart"/>
      <w:r w:rsidRPr="005221F3">
        <w:rPr>
          <w:sz w:val="22"/>
        </w:rPr>
        <w:t>konum</w:t>
      </w:r>
      <w:proofErr w:type="spellEnd"/>
      <w:r w:rsidRPr="005221F3">
        <w:rPr>
          <w:sz w:val="22"/>
        </w:rPr>
        <w:t xml:space="preserve">, </w:t>
      </w:r>
      <w:proofErr w:type="spellStart"/>
      <w:r w:rsidRPr="005221F3">
        <w:rPr>
          <w:sz w:val="22"/>
        </w:rPr>
        <w:t>nüfus</w:t>
      </w:r>
      <w:proofErr w:type="spellEnd"/>
      <w:r w:rsidRPr="005221F3">
        <w:rPr>
          <w:sz w:val="22"/>
        </w:rPr>
        <w:t xml:space="preserve">, </w:t>
      </w:r>
      <w:proofErr w:type="spellStart"/>
      <w:r w:rsidRPr="005221F3">
        <w:rPr>
          <w:sz w:val="22"/>
        </w:rPr>
        <w:t>başkent</w:t>
      </w:r>
      <w:proofErr w:type="spellEnd"/>
      <w:r w:rsidRPr="005221F3">
        <w:rPr>
          <w:sz w:val="22"/>
        </w:rPr>
        <w:t xml:space="preserve">, </w:t>
      </w:r>
      <w:proofErr w:type="spellStart"/>
      <w:r w:rsidRPr="005221F3">
        <w:rPr>
          <w:sz w:val="22"/>
        </w:rPr>
        <w:t>önemli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şehirler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ve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temel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coğrafi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özellikler</w:t>
      </w:r>
      <w:proofErr w:type="spellEnd"/>
      <w:r w:rsidRPr="005221F3">
        <w:rPr>
          <w:sz w:val="22"/>
        </w:rPr>
        <w:t>.</w:t>
      </w:r>
    </w:p>
    <w:p w14:paraId="2F52A3B9" w14:textId="77777777" w:rsidR="009F58E3" w:rsidRPr="005221F3" w:rsidRDefault="00AC0735">
      <w:pPr>
        <w:pStyle w:val="ListeMaddemi"/>
        <w:spacing w:after="0" w:line="228" w:lineRule="auto"/>
        <w:rPr>
          <w:sz w:val="22"/>
        </w:rPr>
      </w:pPr>
      <w:proofErr w:type="spellStart"/>
      <w:r w:rsidRPr="005221F3">
        <w:rPr>
          <w:sz w:val="22"/>
        </w:rPr>
        <w:t>Turistik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çekicilikler</w:t>
      </w:r>
      <w:proofErr w:type="spellEnd"/>
      <w:r w:rsidRPr="005221F3">
        <w:rPr>
          <w:sz w:val="22"/>
        </w:rPr>
        <w:t xml:space="preserve">: </w:t>
      </w:r>
      <w:proofErr w:type="spellStart"/>
      <w:r w:rsidRPr="005221F3">
        <w:rPr>
          <w:sz w:val="22"/>
        </w:rPr>
        <w:t>doğal</w:t>
      </w:r>
      <w:proofErr w:type="spellEnd"/>
      <w:r w:rsidRPr="005221F3">
        <w:rPr>
          <w:sz w:val="22"/>
        </w:rPr>
        <w:t xml:space="preserve">, </w:t>
      </w:r>
      <w:proofErr w:type="spellStart"/>
      <w:r w:rsidRPr="005221F3">
        <w:rPr>
          <w:sz w:val="22"/>
        </w:rPr>
        <w:t>kültürel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ve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tarihî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alanlar</w:t>
      </w:r>
      <w:proofErr w:type="spellEnd"/>
      <w:r w:rsidRPr="005221F3">
        <w:rPr>
          <w:sz w:val="22"/>
        </w:rPr>
        <w:t xml:space="preserve">; </w:t>
      </w:r>
      <w:proofErr w:type="spellStart"/>
      <w:r w:rsidRPr="005221F3">
        <w:rPr>
          <w:sz w:val="22"/>
        </w:rPr>
        <w:t>önemli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şehirler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ve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turizm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bölgeleri</w:t>
      </w:r>
      <w:proofErr w:type="spellEnd"/>
      <w:r w:rsidRPr="005221F3">
        <w:rPr>
          <w:sz w:val="22"/>
        </w:rPr>
        <w:t>.</w:t>
      </w:r>
    </w:p>
    <w:p w14:paraId="105FAEA0" w14:textId="77777777" w:rsidR="009F58E3" w:rsidRPr="005221F3" w:rsidRDefault="00AC0735">
      <w:pPr>
        <w:pStyle w:val="ListeMaddemi"/>
        <w:spacing w:after="0" w:line="228" w:lineRule="auto"/>
        <w:rPr>
          <w:sz w:val="22"/>
        </w:rPr>
      </w:pPr>
      <w:proofErr w:type="spellStart"/>
      <w:r w:rsidRPr="005221F3">
        <w:rPr>
          <w:sz w:val="22"/>
        </w:rPr>
        <w:t>Başlıca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turizm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türleri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ve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ülkenin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uluslararası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turizmdeki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yeri</w:t>
      </w:r>
      <w:proofErr w:type="spellEnd"/>
      <w:r w:rsidRPr="005221F3">
        <w:rPr>
          <w:sz w:val="22"/>
        </w:rPr>
        <w:t>.</w:t>
      </w:r>
    </w:p>
    <w:p w14:paraId="41BAEF5D" w14:textId="77777777" w:rsidR="009F58E3" w:rsidRPr="005221F3" w:rsidRDefault="00AC0735">
      <w:pPr>
        <w:pStyle w:val="ListeMaddemi"/>
        <w:spacing w:after="0" w:line="228" w:lineRule="auto"/>
        <w:rPr>
          <w:sz w:val="22"/>
        </w:rPr>
      </w:pPr>
      <w:proofErr w:type="spellStart"/>
      <w:r w:rsidRPr="005221F3">
        <w:rPr>
          <w:sz w:val="22"/>
        </w:rPr>
        <w:t>Turist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sayısı</w:t>
      </w:r>
      <w:proofErr w:type="spellEnd"/>
      <w:r w:rsidRPr="005221F3">
        <w:rPr>
          <w:sz w:val="22"/>
        </w:rPr>
        <w:t xml:space="preserve">, </w:t>
      </w:r>
      <w:proofErr w:type="spellStart"/>
      <w:r w:rsidRPr="005221F3">
        <w:rPr>
          <w:sz w:val="22"/>
        </w:rPr>
        <w:t>başlıca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kaynak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pazarlar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ve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mümkünse</w:t>
      </w:r>
      <w:proofErr w:type="spellEnd"/>
      <w:r w:rsidRPr="005221F3">
        <w:rPr>
          <w:sz w:val="22"/>
        </w:rPr>
        <w:t xml:space="preserve"> son </w:t>
      </w:r>
      <w:proofErr w:type="spellStart"/>
      <w:r w:rsidRPr="005221F3">
        <w:rPr>
          <w:sz w:val="22"/>
        </w:rPr>
        <w:t>yıllardaki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değişim</w:t>
      </w:r>
      <w:proofErr w:type="spellEnd"/>
      <w:r w:rsidRPr="005221F3">
        <w:rPr>
          <w:sz w:val="22"/>
        </w:rPr>
        <w:t>.</w:t>
      </w:r>
    </w:p>
    <w:p w14:paraId="3B7DA850" w14:textId="77777777" w:rsidR="009F58E3" w:rsidRPr="005221F3" w:rsidRDefault="00AC0735">
      <w:pPr>
        <w:pStyle w:val="ListeMaddemi"/>
        <w:spacing w:after="0" w:line="228" w:lineRule="auto"/>
        <w:rPr>
          <w:sz w:val="22"/>
        </w:rPr>
      </w:pPr>
      <w:proofErr w:type="spellStart"/>
      <w:r w:rsidRPr="005221F3">
        <w:rPr>
          <w:sz w:val="22"/>
        </w:rPr>
        <w:t>Turizm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gelirleri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ve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turizmin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ülke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ekonomisi</w:t>
      </w:r>
      <w:proofErr w:type="spellEnd"/>
      <w:r w:rsidRPr="005221F3">
        <w:rPr>
          <w:sz w:val="22"/>
        </w:rPr>
        <w:t>/</w:t>
      </w:r>
      <w:proofErr w:type="spellStart"/>
      <w:r w:rsidRPr="005221F3">
        <w:rPr>
          <w:sz w:val="22"/>
        </w:rPr>
        <w:t>istihdamı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açısından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önemi</w:t>
      </w:r>
      <w:proofErr w:type="spellEnd"/>
      <w:r w:rsidRPr="005221F3">
        <w:rPr>
          <w:sz w:val="22"/>
        </w:rPr>
        <w:t>.</w:t>
      </w:r>
    </w:p>
    <w:p w14:paraId="5EAEE39F" w14:textId="77777777" w:rsidR="009F58E3" w:rsidRPr="005221F3" w:rsidRDefault="00AC0735">
      <w:pPr>
        <w:pStyle w:val="ListeMaddemi"/>
        <w:spacing w:after="0" w:line="228" w:lineRule="auto"/>
        <w:rPr>
          <w:sz w:val="22"/>
        </w:rPr>
      </w:pPr>
      <w:proofErr w:type="spellStart"/>
      <w:r w:rsidRPr="005221F3">
        <w:rPr>
          <w:sz w:val="22"/>
        </w:rPr>
        <w:t>Ulaşım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ve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erişilebilirlik</w:t>
      </w:r>
      <w:proofErr w:type="spellEnd"/>
      <w:r w:rsidRPr="005221F3">
        <w:rPr>
          <w:sz w:val="22"/>
        </w:rPr>
        <w:t xml:space="preserve">: </w:t>
      </w:r>
      <w:proofErr w:type="spellStart"/>
      <w:r w:rsidRPr="005221F3">
        <w:rPr>
          <w:sz w:val="22"/>
        </w:rPr>
        <w:t>önemli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havalimanları</w:t>
      </w:r>
      <w:proofErr w:type="spellEnd"/>
      <w:r w:rsidRPr="005221F3">
        <w:rPr>
          <w:sz w:val="22"/>
        </w:rPr>
        <w:t xml:space="preserve">, </w:t>
      </w:r>
      <w:proofErr w:type="spellStart"/>
      <w:r w:rsidRPr="005221F3">
        <w:rPr>
          <w:sz w:val="22"/>
        </w:rPr>
        <w:t>uluslararası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bağlantılar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ve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ülke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içi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ulaşım</w:t>
      </w:r>
      <w:proofErr w:type="spellEnd"/>
      <w:r w:rsidRPr="005221F3">
        <w:rPr>
          <w:sz w:val="22"/>
        </w:rPr>
        <w:t>.</w:t>
      </w:r>
    </w:p>
    <w:p w14:paraId="765F2D70" w14:textId="77777777" w:rsidR="009F58E3" w:rsidRPr="005221F3" w:rsidRDefault="00AC0735">
      <w:pPr>
        <w:pStyle w:val="ListeMaddemi"/>
        <w:spacing w:after="0" w:line="228" w:lineRule="auto"/>
        <w:rPr>
          <w:sz w:val="22"/>
        </w:rPr>
      </w:pPr>
      <w:proofErr w:type="spellStart"/>
      <w:r w:rsidRPr="005221F3">
        <w:rPr>
          <w:sz w:val="22"/>
        </w:rPr>
        <w:t>Turizm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politikası</w:t>
      </w:r>
      <w:proofErr w:type="spellEnd"/>
      <w:r w:rsidRPr="005221F3">
        <w:rPr>
          <w:sz w:val="22"/>
        </w:rPr>
        <w:t xml:space="preserve">, </w:t>
      </w:r>
      <w:proofErr w:type="spellStart"/>
      <w:r w:rsidRPr="005221F3">
        <w:rPr>
          <w:sz w:val="22"/>
        </w:rPr>
        <w:t>destinasyon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yönetimi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ve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güncel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turizm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öncelikleri</w:t>
      </w:r>
      <w:proofErr w:type="spellEnd"/>
      <w:r w:rsidRPr="005221F3">
        <w:rPr>
          <w:sz w:val="22"/>
        </w:rPr>
        <w:t>.</w:t>
      </w:r>
    </w:p>
    <w:p w14:paraId="3C5F2A5B" w14:textId="77777777" w:rsidR="009F58E3" w:rsidRPr="005221F3" w:rsidRDefault="00AC0735">
      <w:pPr>
        <w:pStyle w:val="ListeMaddemi"/>
        <w:spacing w:after="0" w:line="228" w:lineRule="auto"/>
        <w:rPr>
          <w:sz w:val="22"/>
        </w:rPr>
      </w:pPr>
      <w:r w:rsidRPr="005221F3">
        <w:rPr>
          <w:sz w:val="22"/>
        </w:rPr>
        <w:t xml:space="preserve">Para </w:t>
      </w:r>
      <w:proofErr w:type="spellStart"/>
      <w:r w:rsidRPr="005221F3">
        <w:rPr>
          <w:sz w:val="22"/>
        </w:rPr>
        <w:t>birimi</w:t>
      </w:r>
      <w:proofErr w:type="spellEnd"/>
      <w:r w:rsidRPr="005221F3">
        <w:rPr>
          <w:sz w:val="22"/>
        </w:rPr>
        <w:t xml:space="preserve">, </w:t>
      </w:r>
      <w:proofErr w:type="spellStart"/>
      <w:r w:rsidRPr="005221F3">
        <w:rPr>
          <w:sz w:val="22"/>
        </w:rPr>
        <w:t>saat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farkı</w:t>
      </w:r>
      <w:proofErr w:type="spellEnd"/>
      <w:r w:rsidRPr="005221F3">
        <w:rPr>
          <w:sz w:val="22"/>
        </w:rPr>
        <w:t xml:space="preserve">, </w:t>
      </w:r>
      <w:proofErr w:type="spellStart"/>
      <w:r w:rsidRPr="005221F3">
        <w:rPr>
          <w:sz w:val="22"/>
        </w:rPr>
        <w:t>iklim</w:t>
      </w:r>
      <w:proofErr w:type="spellEnd"/>
      <w:r w:rsidRPr="005221F3">
        <w:rPr>
          <w:sz w:val="22"/>
        </w:rPr>
        <w:t>/</w:t>
      </w:r>
      <w:proofErr w:type="spellStart"/>
      <w:r w:rsidRPr="005221F3">
        <w:rPr>
          <w:sz w:val="22"/>
        </w:rPr>
        <w:t>sezon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ve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temel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kültürel-pratik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bilgiler</w:t>
      </w:r>
      <w:proofErr w:type="spellEnd"/>
      <w:r w:rsidRPr="005221F3">
        <w:rPr>
          <w:sz w:val="22"/>
        </w:rPr>
        <w:t>.</w:t>
      </w:r>
    </w:p>
    <w:p w14:paraId="29E8CAE3" w14:textId="77777777" w:rsidR="009F58E3" w:rsidRPr="005221F3" w:rsidRDefault="00AC0735">
      <w:pPr>
        <w:pStyle w:val="ListeMaddemi"/>
        <w:spacing w:after="0" w:line="228" w:lineRule="auto"/>
        <w:rPr>
          <w:sz w:val="22"/>
        </w:rPr>
      </w:pPr>
      <w:proofErr w:type="spellStart"/>
      <w:r w:rsidRPr="005221F3">
        <w:rPr>
          <w:sz w:val="22"/>
        </w:rPr>
        <w:t>Güncel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bir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turizm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konusu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veya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sorun</w:t>
      </w:r>
      <w:proofErr w:type="spellEnd"/>
      <w:r w:rsidRPr="005221F3">
        <w:rPr>
          <w:sz w:val="22"/>
        </w:rPr>
        <w:t xml:space="preserve">: </w:t>
      </w:r>
      <w:proofErr w:type="spellStart"/>
      <w:r w:rsidRPr="005221F3">
        <w:rPr>
          <w:sz w:val="22"/>
        </w:rPr>
        <w:t>sürdürülebilirlik</w:t>
      </w:r>
      <w:proofErr w:type="spellEnd"/>
      <w:r w:rsidRPr="005221F3">
        <w:rPr>
          <w:sz w:val="22"/>
        </w:rPr>
        <w:t xml:space="preserve">, </w:t>
      </w:r>
      <w:proofErr w:type="spellStart"/>
      <w:r w:rsidRPr="005221F3">
        <w:rPr>
          <w:sz w:val="22"/>
        </w:rPr>
        <w:t>aşırı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turizm</w:t>
      </w:r>
      <w:proofErr w:type="spellEnd"/>
      <w:r w:rsidRPr="005221F3">
        <w:rPr>
          <w:sz w:val="22"/>
        </w:rPr>
        <w:t xml:space="preserve">, </w:t>
      </w:r>
      <w:proofErr w:type="spellStart"/>
      <w:r w:rsidRPr="005221F3">
        <w:rPr>
          <w:sz w:val="22"/>
        </w:rPr>
        <w:t>iklim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değişikliği</w:t>
      </w:r>
      <w:proofErr w:type="spellEnd"/>
      <w:r w:rsidRPr="005221F3">
        <w:rPr>
          <w:sz w:val="22"/>
        </w:rPr>
        <w:t xml:space="preserve">, </w:t>
      </w:r>
      <w:proofErr w:type="spellStart"/>
      <w:r w:rsidRPr="005221F3">
        <w:rPr>
          <w:sz w:val="22"/>
        </w:rPr>
        <w:t>güvenlik</w:t>
      </w:r>
      <w:proofErr w:type="spellEnd"/>
      <w:r w:rsidRPr="005221F3">
        <w:rPr>
          <w:sz w:val="22"/>
        </w:rPr>
        <w:t xml:space="preserve">, </w:t>
      </w:r>
      <w:proofErr w:type="spellStart"/>
      <w:r w:rsidRPr="005221F3">
        <w:rPr>
          <w:sz w:val="22"/>
        </w:rPr>
        <w:t>dijitalleşme</w:t>
      </w:r>
      <w:proofErr w:type="spellEnd"/>
      <w:r w:rsidRPr="005221F3">
        <w:rPr>
          <w:sz w:val="22"/>
        </w:rPr>
        <w:t xml:space="preserve"> vb.</w:t>
      </w:r>
    </w:p>
    <w:p w14:paraId="62BC3A88" w14:textId="77777777" w:rsidR="009F58E3" w:rsidRPr="005221F3" w:rsidRDefault="00AC0735">
      <w:pPr>
        <w:pStyle w:val="ListeMaddemi"/>
        <w:spacing w:after="0" w:line="228" w:lineRule="auto"/>
        <w:rPr>
          <w:sz w:val="22"/>
        </w:rPr>
      </w:pPr>
      <w:proofErr w:type="spellStart"/>
      <w:r w:rsidRPr="005221F3">
        <w:rPr>
          <w:sz w:val="22"/>
        </w:rPr>
        <w:t>Kısa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sonuç</w:t>
      </w:r>
      <w:proofErr w:type="spellEnd"/>
      <w:r w:rsidRPr="005221F3">
        <w:rPr>
          <w:sz w:val="22"/>
        </w:rPr>
        <w:t xml:space="preserve">: “Bu </w:t>
      </w:r>
      <w:proofErr w:type="spellStart"/>
      <w:r w:rsidRPr="005221F3">
        <w:rPr>
          <w:sz w:val="22"/>
        </w:rPr>
        <w:t>ülkeyi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turizm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açısından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diğerlerinden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ayıran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temel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özellik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nedir</w:t>
      </w:r>
      <w:proofErr w:type="spellEnd"/>
      <w:r w:rsidRPr="005221F3">
        <w:rPr>
          <w:sz w:val="22"/>
        </w:rPr>
        <w:t xml:space="preserve">?” </w:t>
      </w:r>
      <w:proofErr w:type="spellStart"/>
      <w:r w:rsidRPr="005221F3">
        <w:rPr>
          <w:sz w:val="22"/>
        </w:rPr>
        <w:t>sorusuna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gerekçeli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değerlendirme</w:t>
      </w:r>
      <w:proofErr w:type="spellEnd"/>
      <w:r w:rsidRPr="005221F3">
        <w:rPr>
          <w:sz w:val="22"/>
        </w:rPr>
        <w:t>.</w:t>
      </w:r>
    </w:p>
    <w:p w14:paraId="6A1E6BF7" w14:textId="77777777" w:rsidR="009F58E3" w:rsidRPr="005221F3" w:rsidRDefault="00AC0735">
      <w:pPr>
        <w:spacing w:before="40" w:after="20"/>
        <w:rPr>
          <w:sz w:val="22"/>
        </w:rPr>
      </w:pPr>
      <w:r w:rsidRPr="005221F3">
        <w:rPr>
          <w:b/>
          <w:sz w:val="22"/>
        </w:rPr>
        <w:t xml:space="preserve">3. </w:t>
      </w:r>
      <w:proofErr w:type="spellStart"/>
      <w:r w:rsidRPr="005221F3">
        <w:rPr>
          <w:b/>
          <w:sz w:val="22"/>
        </w:rPr>
        <w:t>Sunum</w:t>
      </w:r>
      <w:proofErr w:type="spellEnd"/>
      <w:r w:rsidRPr="005221F3">
        <w:rPr>
          <w:b/>
          <w:sz w:val="22"/>
        </w:rPr>
        <w:t xml:space="preserve"> </w:t>
      </w:r>
      <w:proofErr w:type="spellStart"/>
      <w:r w:rsidRPr="005221F3">
        <w:rPr>
          <w:b/>
          <w:sz w:val="22"/>
        </w:rPr>
        <w:t>Biçimi</w:t>
      </w:r>
      <w:proofErr w:type="spellEnd"/>
      <w:r w:rsidRPr="005221F3">
        <w:rPr>
          <w:b/>
          <w:sz w:val="22"/>
        </w:rPr>
        <w:t xml:space="preserve"> </w:t>
      </w:r>
      <w:proofErr w:type="spellStart"/>
      <w:r w:rsidRPr="005221F3">
        <w:rPr>
          <w:b/>
          <w:sz w:val="22"/>
        </w:rPr>
        <w:t>ve</w:t>
      </w:r>
      <w:proofErr w:type="spellEnd"/>
      <w:r w:rsidRPr="005221F3">
        <w:rPr>
          <w:b/>
          <w:sz w:val="22"/>
        </w:rPr>
        <w:t xml:space="preserve"> Kaynak </w:t>
      </w:r>
      <w:proofErr w:type="spellStart"/>
      <w:r w:rsidRPr="005221F3">
        <w:rPr>
          <w:b/>
          <w:sz w:val="22"/>
        </w:rPr>
        <w:t>Kullanımı</w:t>
      </w:r>
      <w:proofErr w:type="spellEnd"/>
    </w:p>
    <w:p w14:paraId="2C20C689" w14:textId="77777777" w:rsidR="009F58E3" w:rsidRPr="005221F3" w:rsidRDefault="00AC0735">
      <w:pPr>
        <w:pStyle w:val="ListeMaddemi"/>
        <w:spacing w:after="0" w:line="228" w:lineRule="auto"/>
        <w:rPr>
          <w:sz w:val="22"/>
        </w:rPr>
      </w:pPr>
      <w:proofErr w:type="spellStart"/>
      <w:r w:rsidRPr="005221F3">
        <w:rPr>
          <w:sz w:val="22"/>
        </w:rPr>
        <w:t>Sunum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süresi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yaklaşık</w:t>
      </w:r>
      <w:proofErr w:type="spellEnd"/>
      <w:r w:rsidRPr="005221F3">
        <w:rPr>
          <w:sz w:val="22"/>
        </w:rPr>
        <w:t xml:space="preserve"> 12–15 </w:t>
      </w:r>
      <w:proofErr w:type="spellStart"/>
      <w:r w:rsidRPr="005221F3">
        <w:rPr>
          <w:sz w:val="22"/>
        </w:rPr>
        <w:t>dakika</w:t>
      </w:r>
      <w:proofErr w:type="spellEnd"/>
      <w:r w:rsidRPr="005221F3">
        <w:rPr>
          <w:sz w:val="22"/>
        </w:rPr>
        <w:t xml:space="preserve">; </w:t>
      </w:r>
      <w:proofErr w:type="spellStart"/>
      <w:r w:rsidRPr="005221F3">
        <w:rPr>
          <w:sz w:val="22"/>
        </w:rPr>
        <w:t>önerilen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slayt</w:t>
      </w:r>
      <w:proofErr w:type="spellEnd"/>
      <w:r w:rsidRPr="005221F3">
        <w:rPr>
          <w:sz w:val="22"/>
        </w:rPr>
        <w:t xml:space="preserve"> </w:t>
      </w:r>
      <w:proofErr w:type="spellStart"/>
      <w:r w:rsidRPr="005221F3">
        <w:rPr>
          <w:sz w:val="22"/>
        </w:rPr>
        <w:t>sayısı</w:t>
      </w:r>
      <w:proofErr w:type="spellEnd"/>
      <w:r w:rsidRPr="005221F3">
        <w:rPr>
          <w:sz w:val="22"/>
        </w:rPr>
        <w:t xml:space="preserve"> 10–15’tir.</w:t>
      </w:r>
    </w:p>
    <w:p w14:paraId="006D4D84" w14:textId="77777777" w:rsidR="009F58E3" w:rsidRPr="005221F3" w:rsidRDefault="00AC0735">
      <w:pPr>
        <w:pStyle w:val="ListeMaddemi"/>
        <w:spacing w:after="0" w:line="228" w:lineRule="auto"/>
        <w:rPr>
          <w:sz w:val="22"/>
          <w:lang w:val="it-IT"/>
        </w:rPr>
      </w:pPr>
      <w:r w:rsidRPr="005221F3">
        <w:rPr>
          <w:sz w:val="22"/>
          <w:lang w:val="it-IT"/>
        </w:rPr>
        <w:t>Sunumlar harita, fotoğraf, grafik ve güncel istatistiklerle desteklenmelidir.</w:t>
      </w:r>
    </w:p>
    <w:p w14:paraId="7C4368F6" w14:textId="77777777" w:rsidR="009F58E3" w:rsidRPr="005221F3" w:rsidRDefault="00AC0735">
      <w:pPr>
        <w:pStyle w:val="ListeMaddemi"/>
        <w:spacing w:after="0" w:line="228" w:lineRule="auto"/>
        <w:rPr>
          <w:sz w:val="22"/>
          <w:lang w:val="it-IT"/>
        </w:rPr>
      </w:pPr>
      <w:r w:rsidRPr="005221F3">
        <w:rPr>
          <w:sz w:val="22"/>
          <w:lang w:val="it-IT"/>
        </w:rPr>
        <w:t>İstatistiklerde veri yılı belirtilmeli; UN Tourism, World Bank, Eurostat, ulusal turizm/istatistik kurumları ve güvenilir akademik kaynaklar tercih edilmelidir.</w:t>
      </w:r>
    </w:p>
    <w:p w14:paraId="411EA56C" w14:textId="77777777" w:rsidR="009F58E3" w:rsidRPr="005221F3" w:rsidRDefault="00AC0735">
      <w:pPr>
        <w:pStyle w:val="ListeMaddemi"/>
        <w:spacing w:after="0" w:line="228" w:lineRule="auto"/>
        <w:rPr>
          <w:sz w:val="22"/>
          <w:lang w:val="it-IT"/>
        </w:rPr>
      </w:pPr>
      <w:r w:rsidRPr="005221F3">
        <w:rPr>
          <w:sz w:val="22"/>
          <w:lang w:val="it-IT"/>
        </w:rPr>
        <w:t>Sunumun son slaydında temel kaynaklar yer almalı ve sınıfa 2 tartışma sorusu yöneltilmelidir.</w:t>
      </w:r>
    </w:p>
    <w:p w14:paraId="4FBCEF95" w14:textId="77777777" w:rsidR="009F58E3" w:rsidRPr="005221F3" w:rsidRDefault="00AC0735">
      <w:pPr>
        <w:spacing w:before="40" w:after="20"/>
        <w:rPr>
          <w:sz w:val="22"/>
        </w:rPr>
      </w:pPr>
      <w:r w:rsidRPr="005221F3">
        <w:rPr>
          <w:b/>
          <w:sz w:val="22"/>
        </w:rPr>
        <w:t xml:space="preserve">4. </w:t>
      </w:r>
      <w:proofErr w:type="spellStart"/>
      <w:r w:rsidRPr="005221F3">
        <w:rPr>
          <w:b/>
          <w:sz w:val="22"/>
        </w:rPr>
        <w:t>Değerlendirme</w:t>
      </w:r>
      <w:proofErr w:type="spell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483"/>
        <w:gridCol w:w="1247"/>
      </w:tblGrid>
      <w:tr w:rsidR="009F58E3" w:rsidRPr="005221F3" w14:paraId="3C2A1996" w14:textId="77777777">
        <w:trPr>
          <w:jc w:val="center"/>
        </w:trPr>
        <w:tc>
          <w:tcPr>
            <w:tcW w:w="7483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400EAF" w14:textId="77777777" w:rsidR="009F58E3" w:rsidRPr="005221F3" w:rsidRDefault="00AC0735">
            <w:pPr>
              <w:rPr>
                <w:sz w:val="22"/>
              </w:rPr>
            </w:pPr>
            <w:proofErr w:type="spellStart"/>
            <w:r w:rsidRPr="005221F3">
              <w:rPr>
                <w:b/>
                <w:sz w:val="22"/>
              </w:rPr>
              <w:t>Ölçüt</w:t>
            </w:r>
            <w:proofErr w:type="spellEnd"/>
          </w:p>
        </w:tc>
        <w:tc>
          <w:tcPr>
            <w:tcW w:w="1247" w:type="dxa"/>
            <w:shd w:val="clear" w:color="auto" w:fill="D9EAF7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A80041A" w14:textId="77777777" w:rsidR="009F58E3" w:rsidRPr="005221F3" w:rsidRDefault="00AC0735">
            <w:pPr>
              <w:rPr>
                <w:sz w:val="22"/>
              </w:rPr>
            </w:pPr>
            <w:proofErr w:type="spellStart"/>
            <w:r w:rsidRPr="005221F3">
              <w:rPr>
                <w:b/>
                <w:sz w:val="22"/>
              </w:rPr>
              <w:t>Ağırlık</w:t>
            </w:r>
            <w:proofErr w:type="spellEnd"/>
          </w:p>
        </w:tc>
      </w:tr>
      <w:tr w:rsidR="009F58E3" w:rsidRPr="005221F3" w14:paraId="40FCCE7A" w14:textId="77777777">
        <w:trPr>
          <w:jc w:val="center"/>
        </w:trPr>
        <w:tc>
          <w:tcPr>
            <w:tcW w:w="748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624558D" w14:textId="77777777" w:rsidR="009F58E3" w:rsidRPr="005221F3" w:rsidRDefault="00AC0735">
            <w:pPr>
              <w:rPr>
                <w:sz w:val="22"/>
              </w:rPr>
            </w:pPr>
            <w:proofErr w:type="spellStart"/>
            <w:r w:rsidRPr="005221F3">
              <w:rPr>
                <w:sz w:val="22"/>
              </w:rPr>
              <w:t>İçeriğin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doğruluğu</w:t>
            </w:r>
            <w:proofErr w:type="spellEnd"/>
            <w:r w:rsidRPr="005221F3">
              <w:rPr>
                <w:sz w:val="22"/>
              </w:rPr>
              <w:t xml:space="preserve">, </w:t>
            </w:r>
            <w:proofErr w:type="spellStart"/>
            <w:r w:rsidRPr="005221F3">
              <w:rPr>
                <w:sz w:val="22"/>
              </w:rPr>
              <w:t>kapsamı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ve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güncelliği</w:t>
            </w:r>
            <w:proofErr w:type="spellEnd"/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AF2D5B2" w14:textId="77777777" w:rsidR="009F58E3" w:rsidRPr="005221F3" w:rsidRDefault="00AC0735">
            <w:pPr>
              <w:rPr>
                <w:sz w:val="22"/>
              </w:rPr>
            </w:pPr>
            <w:r w:rsidRPr="005221F3">
              <w:rPr>
                <w:sz w:val="22"/>
              </w:rPr>
              <w:t>30%</w:t>
            </w:r>
          </w:p>
        </w:tc>
      </w:tr>
      <w:tr w:rsidR="009F58E3" w:rsidRPr="005221F3" w14:paraId="3DBCE565" w14:textId="77777777">
        <w:trPr>
          <w:jc w:val="center"/>
        </w:trPr>
        <w:tc>
          <w:tcPr>
            <w:tcW w:w="748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D89FCBB" w14:textId="77777777" w:rsidR="009F58E3" w:rsidRPr="005221F3" w:rsidRDefault="00AC0735">
            <w:pPr>
              <w:rPr>
                <w:sz w:val="22"/>
                <w:lang w:val="it-IT"/>
              </w:rPr>
            </w:pPr>
            <w:r w:rsidRPr="005221F3">
              <w:rPr>
                <w:sz w:val="22"/>
                <w:lang w:val="it-IT"/>
              </w:rPr>
              <w:t>Ülkenin turizm açısından analiz edilmesi</w:t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B166AD" w14:textId="77777777" w:rsidR="009F58E3" w:rsidRPr="005221F3" w:rsidRDefault="00AC0735">
            <w:pPr>
              <w:rPr>
                <w:sz w:val="22"/>
              </w:rPr>
            </w:pPr>
            <w:r w:rsidRPr="005221F3">
              <w:rPr>
                <w:sz w:val="22"/>
              </w:rPr>
              <w:t>25%</w:t>
            </w:r>
          </w:p>
        </w:tc>
      </w:tr>
      <w:tr w:rsidR="009F58E3" w:rsidRPr="005221F3" w14:paraId="5A1D9409" w14:textId="77777777">
        <w:trPr>
          <w:jc w:val="center"/>
        </w:trPr>
        <w:tc>
          <w:tcPr>
            <w:tcW w:w="748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B938EC" w14:textId="77777777" w:rsidR="009F58E3" w:rsidRPr="005221F3" w:rsidRDefault="00AC0735">
            <w:pPr>
              <w:rPr>
                <w:sz w:val="22"/>
              </w:rPr>
            </w:pPr>
            <w:proofErr w:type="spellStart"/>
            <w:r w:rsidRPr="005221F3">
              <w:rPr>
                <w:sz w:val="22"/>
              </w:rPr>
              <w:t>İstatistik</w:t>
            </w:r>
            <w:proofErr w:type="spellEnd"/>
            <w:r w:rsidRPr="005221F3">
              <w:rPr>
                <w:sz w:val="22"/>
              </w:rPr>
              <w:t xml:space="preserve">, </w:t>
            </w:r>
            <w:proofErr w:type="spellStart"/>
            <w:r w:rsidRPr="005221F3">
              <w:rPr>
                <w:sz w:val="22"/>
              </w:rPr>
              <w:t>harita</w:t>
            </w:r>
            <w:proofErr w:type="spellEnd"/>
            <w:r w:rsidRPr="005221F3">
              <w:rPr>
                <w:sz w:val="22"/>
              </w:rPr>
              <w:t xml:space="preserve">, </w:t>
            </w:r>
            <w:proofErr w:type="spellStart"/>
            <w:r w:rsidRPr="005221F3">
              <w:rPr>
                <w:sz w:val="22"/>
              </w:rPr>
              <w:t>görsel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ve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kaynak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kullanımı</w:t>
            </w:r>
            <w:proofErr w:type="spellEnd"/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6C9786B" w14:textId="77777777" w:rsidR="009F58E3" w:rsidRPr="005221F3" w:rsidRDefault="00AC0735">
            <w:pPr>
              <w:rPr>
                <w:sz w:val="22"/>
              </w:rPr>
            </w:pPr>
            <w:r w:rsidRPr="005221F3">
              <w:rPr>
                <w:sz w:val="22"/>
              </w:rPr>
              <w:t>15%</w:t>
            </w:r>
          </w:p>
        </w:tc>
      </w:tr>
      <w:tr w:rsidR="009F58E3" w:rsidRPr="005221F3" w14:paraId="2762B5B1" w14:textId="77777777">
        <w:trPr>
          <w:jc w:val="center"/>
        </w:trPr>
        <w:tc>
          <w:tcPr>
            <w:tcW w:w="748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BC4FE14" w14:textId="77777777" w:rsidR="009F58E3" w:rsidRPr="005221F3" w:rsidRDefault="00AC0735">
            <w:pPr>
              <w:rPr>
                <w:sz w:val="22"/>
              </w:rPr>
            </w:pPr>
            <w:proofErr w:type="spellStart"/>
            <w:r w:rsidRPr="005221F3">
              <w:rPr>
                <w:sz w:val="22"/>
              </w:rPr>
              <w:t>Sunum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düzeni</w:t>
            </w:r>
            <w:proofErr w:type="spellEnd"/>
            <w:r w:rsidRPr="005221F3">
              <w:rPr>
                <w:sz w:val="22"/>
              </w:rPr>
              <w:t xml:space="preserve">, </w:t>
            </w:r>
            <w:proofErr w:type="spellStart"/>
            <w:r w:rsidRPr="005221F3">
              <w:rPr>
                <w:sz w:val="22"/>
              </w:rPr>
              <w:t>anlatım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ve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süre</w:t>
            </w:r>
            <w:proofErr w:type="spellEnd"/>
            <w:r w:rsidRPr="005221F3">
              <w:rPr>
                <w:sz w:val="22"/>
              </w:rPr>
              <w:t xml:space="preserve"> </w:t>
            </w:r>
            <w:proofErr w:type="spellStart"/>
            <w:r w:rsidRPr="005221F3">
              <w:rPr>
                <w:sz w:val="22"/>
              </w:rPr>
              <w:t>yönetimi</w:t>
            </w:r>
            <w:proofErr w:type="spellEnd"/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F5412D2" w14:textId="77777777" w:rsidR="009F58E3" w:rsidRPr="005221F3" w:rsidRDefault="00AC0735">
            <w:pPr>
              <w:rPr>
                <w:sz w:val="22"/>
              </w:rPr>
            </w:pPr>
            <w:r w:rsidRPr="005221F3">
              <w:rPr>
                <w:sz w:val="22"/>
              </w:rPr>
              <w:t>15%</w:t>
            </w:r>
          </w:p>
        </w:tc>
      </w:tr>
      <w:tr w:rsidR="009F58E3" w:rsidRPr="005221F3" w14:paraId="365B983A" w14:textId="77777777">
        <w:trPr>
          <w:jc w:val="center"/>
        </w:trPr>
        <w:tc>
          <w:tcPr>
            <w:tcW w:w="748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0E11202" w14:textId="77777777" w:rsidR="009F58E3" w:rsidRPr="005221F3" w:rsidRDefault="00AC0735">
            <w:pPr>
              <w:rPr>
                <w:sz w:val="22"/>
                <w:lang w:val="it-IT"/>
              </w:rPr>
            </w:pPr>
            <w:r w:rsidRPr="005221F3">
              <w:rPr>
                <w:sz w:val="22"/>
                <w:lang w:val="it-IT"/>
              </w:rPr>
              <w:t>Özgün değerlendirme ve tartışma soruları</w:t>
            </w:r>
          </w:p>
        </w:tc>
        <w:tc>
          <w:tcPr>
            <w:tcW w:w="124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57C8DE0" w14:textId="77777777" w:rsidR="009F58E3" w:rsidRPr="005221F3" w:rsidRDefault="00AC0735">
            <w:pPr>
              <w:rPr>
                <w:sz w:val="22"/>
              </w:rPr>
            </w:pPr>
            <w:r w:rsidRPr="005221F3">
              <w:rPr>
                <w:sz w:val="22"/>
              </w:rPr>
              <w:t>15%</w:t>
            </w:r>
          </w:p>
        </w:tc>
      </w:tr>
    </w:tbl>
    <w:p w14:paraId="72EBB857" w14:textId="77777777" w:rsidR="009F58E3" w:rsidRDefault="009F58E3">
      <w:pPr>
        <w:sectPr w:rsidR="009F58E3">
          <w:pgSz w:w="12240" w:h="15840"/>
          <w:pgMar w:top="652" w:right="879" w:bottom="652" w:left="879" w:header="720" w:footer="720" w:gutter="0"/>
          <w:cols w:space="720"/>
          <w:docGrid w:linePitch="360"/>
        </w:sectPr>
      </w:pPr>
    </w:p>
    <w:p w14:paraId="580BE88D" w14:textId="77777777" w:rsidR="009F58E3" w:rsidRDefault="00AC0735">
      <w:pPr>
        <w:spacing w:after="20"/>
        <w:jc w:val="center"/>
      </w:pPr>
      <w:r>
        <w:rPr>
          <w:b/>
          <w:sz w:val="26"/>
        </w:rPr>
        <w:lastRenderedPageBreak/>
        <w:t>90 ÜLKELİK SUNUM SEÇİM VE TAKİP LİSTESİ</w:t>
      </w:r>
    </w:p>
    <w:p w14:paraId="5BE5484E" w14:textId="77777777" w:rsidR="009F58E3" w:rsidRDefault="00AC0735">
      <w:pPr>
        <w:spacing w:after="40"/>
        <w:jc w:val="center"/>
      </w:pPr>
      <w:r>
        <w:rPr>
          <w:sz w:val="16"/>
        </w:rPr>
        <w:t xml:space="preserve">Her </w:t>
      </w:r>
      <w:proofErr w:type="spellStart"/>
      <w:r>
        <w:rPr>
          <w:sz w:val="16"/>
        </w:rPr>
        <w:t>ülke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yalnızca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bir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kez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seçilebilir</w:t>
      </w:r>
      <w:proofErr w:type="spellEnd"/>
      <w:r>
        <w:rPr>
          <w:sz w:val="16"/>
        </w:rPr>
        <w:t xml:space="preserve">. </w:t>
      </w:r>
      <w:proofErr w:type="spellStart"/>
      <w:r>
        <w:rPr>
          <w:sz w:val="16"/>
        </w:rPr>
        <w:t>Öğrenci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adı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ve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sunum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tarihi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ilgili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alana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yazılır</w:t>
      </w:r>
      <w:proofErr w:type="spellEnd"/>
      <w:r>
        <w:rPr>
          <w:sz w:val="16"/>
        </w:rPr>
        <w:t>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83"/>
        <w:gridCol w:w="1568"/>
        <w:gridCol w:w="751"/>
        <w:gridCol w:w="1568"/>
        <w:gridCol w:w="542"/>
        <w:gridCol w:w="1083"/>
        <w:gridCol w:w="895"/>
        <w:gridCol w:w="751"/>
        <w:gridCol w:w="1215"/>
        <w:gridCol w:w="542"/>
        <w:gridCol w:w="1083"/>
        <w:gridCol w:w="1591"/>
        <w:gridCol w:w="751"/>
        <w:gridCol w:w="1193"/>
        <w:gridCol w:w="542"/>
      </w:tblGrid>
      <w:tr w:rsidR="00E65FF6" w:rsidRPr="005D5B80" w14:paraId="1041D2E5" w14:textId="77777777" w:rsidTr="005221F3">
        <w:trPr>
          <w:tblHeader/>
          <w:jc w:val="center"/>
        </w:trPr>
        <w:tc>
          <w:tcPr>
            <w:tcW w:w="0" w:type="auto"/>
            <w:shd w:val="clear" w:color="auto" w:fill="D9EAF7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613C56F" w14:textId="77777777" w:rsidR="009F58E3" w:rsidRPr="005221F3" w:rsidRDefault="00AC0735">
            <w:pPr>
              <w:spacing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Destinasyon</w:t>
            </w:r>
            <w:proofErr w:type="spellEnd"/>
          </w:p>
        </w:tc>
        <w:tc>
          <w:tcPr>
            <w:tcW w:w="0" w:type="auto"/>
            <w:shd w:val="clear" w:color="auto" w:fill="D9EAF7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F89F8C8" w14:textId="77777777" w:rsidR="009F58E3" w:rsidRPr="005221F3" w:rsidRDefault="00AC0735">
            <w:pPr>
              <w:spacing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Vize</w:t>
            </w:r>
            <w:proofErr w:type="spellEnd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D9EAF7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B19F91C" w14:textId="77777777" w:rsidR="009F58E3" w:rsidRPr="005221F3" w:rsidRDefault="00AC0735">
            <w:pPr>
              <w:spacing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</w:p>
        </w:tc>
        <w:tc>
          <w:tcPr>
            <w:tcW w:w="0" w:type="auto"/>
            <w:shd w:val="clear" w:color="auto" w:fill="D9EAF7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E766298" w14:textId="77777777" w:rsidR="009F58E3" w:rsidRPr="005221F3" w:rsidRDefault="00AC0735">
            <w:pPr>
              <w:spacing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Final </w:t>
            </w:r>
            <w:proofErr w:type="spellStart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D9EAF7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EB11645" w14:textId="77777777" w:rsidR="009F58E3" w:rsidRPr="005221F3" w:rsidRDefault="00AC0735">
            <w:pPr>
              <w:spacing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</w:p>
        </w:tc>
        <w:tc>
          <w:tcPr>
            <w:tcW w:w="0" w:type="auto"/>
            <w:shd w:val="clear" w:color="auto" w:fill="D9EAF7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AB01F9F" w14:textId="77777777" w:rsidR="009F58E3" w:rsidRPr="005221F3" w:rsidRDefault="00AC0735">
            <w:pPr>
              <w:spacing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Destinasyon</w:t>
            </w:r>
            <w:proofErr w:type="spellEnd"/>
          </w:p>
        </w:tc>
        <w:tc>
          <w:tcPr>
            <w:tcW w:w="0" w:type="auto"/>
            <w:shd w:val="clear" w:color="auto" w:fill="D9EAF7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1B9E656" w14:textId="77777777" w:rsidR="009F58E3" w:rsidRPr="005221F3" w:rsidRDefault="00AC0735">
            <w:pPr>
              <w:spacing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Vize</w:t>
            </w:r>
            <w:proofErr w:type="spellEnd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D9EAF7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3C64756" w14:textId="77777777" w:rsidR="009F58E3" w:rsidRPr="005221F3" w:rsidRDefault="00AC0735">
            <w:pPr>
              <w:spacing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</w:p>
        </w:tc>
        <w:tc>
          <w:tcPr>
            <w:tcW w:w="0" w:type="auto"/>
            <w:shd w:val="clear" w:color="auto" w:fill="D9EAF7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8AB7CC5" w14:textId="77777777" w:rsidR="009F58E3" w:rsidRPr="005221F3" w:rsidRDefault="00AC0735">
            <w:pPr>
              <w:spacing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Final </w:t>
            </w:r>
            <w:proofErr w:type="spellStart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D9EAF7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5DE52D5" w14:textId="77777777" w:rsidR="009F58E3" w:rsidRPr="005221F3" w:rsidRDefault="00AC0735">
            <w:pPr>
              <w:spacing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</w:p>
        </w:tc>
        <w:tc>
          <w:tcPr>
            <w:tcW w:w="0" w:type="auto"/>
            <w:shd w:val="clear" w:color="auto" w:fill="D9EAF7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D1C70DF" w14:textId="77777777" w:rsidR="009F58E3" w:rsidRPr="005221F3" w:rsidRDefault="00AC0735">
            <w:pPr>
              <w:spacing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Destinasyon</w:t>
            </w:r>
            <w:proofErr w:type="spellEnd"/>
          </w:p>
        </w:tc>
        <w:tc>
          <w:tcPr>
            <w:tcW w:w="0" w:type="auto"/>
            <w:shd w:val="clear" w:color="auto" w:fill="D9EAF7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722FD65" w14:textId="77777777" w:rsidR="009F58E3" w:rsidRPr="005221F3" w:rsidRDefault="00AC0735">
            <w:pPr>
              <w:spacing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Vize</w:t>
            </w:r>
            <w:proofErr w:type="spellEnd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D9EAF7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45FD221" w14:textId="77777777" w:rsidR="009F58E3" w:rsidRPr="005221F3" w:rsidRDefault="00AC0735">
            <w:pPr>
              <w:spacing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</w:p>
        </w:tc>
        <w:tc>
          <w:tcPr>
            <w:tcW w:w="0" w:type="auto"/>
            <w:shd w:val="clear" w:color="auto" w:fill="D9EAF7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B0CE592" w14:textId="77777777" w:rsidR="009F58E3" w:rsidRPr="005221F3" w:rsidRDefault="00AC0735">
            <w:pPr>
              <w:spacing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Final </w:t>
            </w:r>
            <w:proofErr w:type="spellStart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D9EAF7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8D00AF9" w14:textId="77777777" w:rsidR="009F58E3" w:rsidRPr="005221F3" w:rsidRDefault="00AC0735">
            <w:pPr>
              <w:spacing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</w:p>
        </w:tc>
      </w:tr>
      <w:tr w:rsidR="00AC0735" w:rsidRPr="005D5B80" w14:paraId="71EF605D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84445E6" w14:textId="77777777" w:rsidR="009F58E3" w:rsidRPr="005221F3" w:rsidRDefault="00AC0735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Fransa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E3A76EC" w14:textId="77777777" w:rsidR="009F58E3" w:rsidRPr="005221F3" w:rsidRDefault="009F58E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3F12AEE" w14:textId="77777777" w:rsidR="009F58E3" w:rsidRPr="005221F3" w:rsidRDefault="009F58E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608B537" w14:textId="2195A27D" w:rsidR="009F58E3" w:rsidRPr="005221F3" w:rsidRDefault="008E3DB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Ali S.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71CE721" w14:textId="77777777" w:rsidR="009F58E3" w:rsidRPr="005221F3" w:rsidRDefault="009F58E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ADBC969" w14:textId="77777777" w:rsidR="009F58E3" w:rsidRPr="005221F3" w:rsidRDefault="00AC0735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31.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Arnavutluk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CCA949E" w14:textId="77777777" w:rsidR="009F58E3" w:rsidRPr="005221F3" w:rsidRDefault="009F58E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2B43237" w14:textId="77777777" w:rsidR="009F58E3" w:rsidRPr="005221F3" w:rsidRDefault="009F58E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5F72006" w14:textId="77777777" w:rsidR="009F58E3" w:rsidRPr="005221F3" w:rsidRDefault="009F58E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494814A" w14:textId="77777777" w:rsidR="009F58E3" w:rsidRPr="005221F3" w:rsidRDefault="009F58E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030B824" w14:textId="77777777" w:rsidR="009F58E3" w:rsidRPr="005221F3" w:rsidRDefault="00AC0735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61.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Malezya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8152921" w14:textId="77777777" w:rsidR="009F58E3" w:rsidRPr="005221F3" w:rsidRDefault="009F58E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ED787C3" w14:textId="77777777" w:rsidR="009F58E3" w:rsidRPr="005221F3" w:rsidRDefault="009F58E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D804D8F" w14:textId="77777777" w:rsidR="009F58E3" w:rsidRPr="005221F3" w:rsidRDefault="009F58E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E2C3B65" w14:textId="77777777" w:rsidR="009F58E3" w:rsidRPr="005221F3" w:rsidRDefault="009F58E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4DB65D11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750C55A" w14:textId="77777777" w:rsidR="008E3DB3" w:rsidRPr="005221F3" w:rsidRDefault="008E3DB3" w:rsidP="008E3DB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İspanya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0AFC105" w14:textId="77777777" w:rsidR="008E3DB3" w:rsidRPr="005221F3" w:rsidRDefault="008E3DB3" w:rsidP="008E3DB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18CC6EB" w14:textId="77777777" w:rsidR="008E3DB3" w:rsidRPr="005221F3" w:rsidRDefault="008E3DB3" w:rsidP="008E3DB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0B7E0A5" w14:textId="403F8B42" w:rsidR="008E3DB3" w:rsidRPr="005221F3" w:rsidRDefault="008E3DB3" w:rsidP="008E3DB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Dilara/Muhammed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931C10E" w14:textId="77777777" w:rsidR="008E3DB3" w:rsidRPr="005221F3" w:rsidRDefault="008E3DB3" w:rsidP="008E3DB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4C808E1" w14:textId="77777777" w:rsidR="008E3DB3" w:rsidRPr="005221F3" w:rsidRDefault="008E3DB3" w:rsidP="008E3DB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32.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Kuzey</w:t>
            </w:r>
            <w:proofErr w:type="spellEnd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Makedonya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909A06E" w14:textId="77777777" w:rsidR="008E3DB3" w:rsidRPr="005221F3" w:rsidRDefault="008E3DB3" w:rsidP="008E3DB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15C616B" w14:textId="77777777" w:rsidR="008E3DB3" w:rsidRPr="005221F3" w:rsidRDefault="008E3DB3" w:rsidP="008E3DB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0122E53" w14:textId="77777777" w:rsidR="008E3DB3" w:rsidRPr="005221F3" w:rsidRDefault="008E3DB3" w:rsidP="008E3DB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487E193" w14:textId="77777777" w:rsidR="008E3DB3" w:rsidRPr="005221F3" w:rsidRDefault="008E3DB3" w:rsidP="008E3DB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BE57975" w14:textId="77777777" w:rsidR="008E3DB3" w:rsidRPr="005221F3" w:rsidRDefault="008E3DB3" w:rsidP="008E3DB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62.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Singapur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D7121B1" w14:textId="77777777" w:rsidR="008E3DB3" w:rsidRPr="005221F3" w:rsidRDefault="008E3DB3" w:rsidP="008E3DB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826793C" w14:textId="77777777" w:rsidR="008E3DB3" w:rsidRPr="005221F3" w:rsidRDefault="008E3DB3" w:rsidP="008E3DB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705EF66" w14:textId="3E8267EC" w:rsidR="008E3DB3" w:rsidRPr="005221F3" w:rsidRDefault="00D237FE" w:rsidP="008E3DB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Nadia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9BE1EF5" w14:textId="77777777" w:rsidR="008E3DB3" w:rsidRPr="005221F3" w:rsidRDefault="008E3DB3" w:rsidP="008E3DB3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0A7F6D54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81D3AA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İtalya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45F0A1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D12881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AFAD61C" w14:textId="79D4AA79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Sevil</w:t>
            </w:r>
            <w:proofErr w:type="spellEnd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Raziye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3F4B32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D89EE3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33. Malta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F84379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E54F7D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CB3D89B" w14:textId="71C89476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Berke</w:t>
            </w:r>
            <w:proofErr w:type="spellEnd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Şevval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A89777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6B9032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63.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Endonezya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2BB7AE3" w14:textId="61C6D93D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Utku</w:t>
            </w:r>
            <w:proofErr w:type="spellEnd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Oğulcan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D663061" w14:textId="2AE2BD73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21.10.26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45AD1E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B327A0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33FE41C6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591F7D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Almanya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BDD17FE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BEE49E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F9632EF" w14:textId="43CC4BFA" w:rsidR="00D237FE" w:rsidRPr="005221F3" w:rsidRDefault="00AC0735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Merve P./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Defne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02CB2A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DCE4A2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34.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Kıbrıs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DFF3DFE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3F9F6DE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78061F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33B06DE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A8326B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64.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Filipinler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4716A4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E066B2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7487BE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2C6E9A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3EE3EC0B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C2E12C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Birleşik</w:t>
            </w:r>
            <w:proofErr w:type="spellEnd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Krallık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E946CC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F1E2FD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41E164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148C2F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F6B264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35.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Slovakya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CA99C9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1E8FD6A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24E739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6B56EE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96B845B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65. Vietnam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CC17000" w14:textId="4AA2B391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3F27AC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85D08C6" w14:textId="5ECF8E8D" w:rsidR="00D237FE" w:rsidRPr="005221F3" w:rsidRDefault="00E65FF6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Utku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/Mert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4265DA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716F47D8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8E33F0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Portekiz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0F6ECDA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BE94F33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0900F8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1AF6F4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24CBF1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36.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Gürcistan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54C06C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0AD2BA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E708F5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F36F49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A52EAE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66.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Kamboçya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A0963E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54B38B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1CA9D9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50D7C8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0881A9A0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5240C8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Yunanistan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3014F9D" w14:textId="22D4CF3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Tunahan</w:t>
            </w:r>
            <w:proofErr w:type="spellEnd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Asya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4581932" w14:textId="36764BE9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7.10.26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2CB60DE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F4FE5F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736DD6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37.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Azerbaycan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ED77AC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B8DE20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D25408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929129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7BA463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67.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Hindistan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024FB1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5C1309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F70FFA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D0C360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0FF769F1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15514F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8.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Avusturya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8136B7A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C0F167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9DCAED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22C340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4D4431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38. Türkiye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E1D8CD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EB0C74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ED9F15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A0B9A4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A2B48B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68. Sri Lanka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990D4D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4431A53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D55952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748D3F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1E343017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1A80E8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9.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Hollanda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74231ED" w14:textId="786AC744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Ali S.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182259E" w14:textId="3EF5D429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7.10.26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8E9F40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244151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8E953E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39.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Fas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A44317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52966D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05AEEB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B84CDB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0D4497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69.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Maldivler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B12E9E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FA3A83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47A394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FF3273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137048FC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325A44B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10.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Belçika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61CA51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3F6470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A0F07E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DAEB2E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211680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40.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Tunus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0D001C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6DFE15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5D3AD9A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4B7CA3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9D618B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70. Nepal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5800CA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C728EDB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1DF2AC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9789EC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03EE5DA5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5AC955B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11.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İsviçre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8EAAB89" w14:textId="4A9A9C23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Sevil</w:t>
            </w:r>
            <w:proofErr w:type="spellEnd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Raziye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DC37AB1" w14:textId="3C91AFF0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14.10.26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F469C9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2F105F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37FDEA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41.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Mısır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B8C9BE8" w14:textId="1C6E3F00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Nadia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C45EFD1" w14:textId="7A1A1191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21.10.26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20E0B4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FD3814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0135C8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71.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Özbekistan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1D0A74B" w14:textId="1B5797AC" w:rsidR="00D237FE" w:rsidRPr="005221F3" w:rsidRDefault="00E65FF6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Fatih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A.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CAEA757" w14:textId="43587C84" w:rsidR="00D237FE" w:rsidRPr="005221F3" w:rsidRDefault="00E65FF6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4.11.26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35665D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48D832E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148F1A69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A8B45E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12.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Çekya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C067DC5" w14:textId="4480D270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Seda/Naz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013E541" w14:textId="11608D5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14.10.26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64EBDAA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5CEEE7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E9E03B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42.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Güney</w:t>
            </w:r>
            <w:proofErr w:type="spellEnd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 Afrika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F00A8AB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7537C4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8D315D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4FAC55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371261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72.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Kazakistan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6CE525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43A7AC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283DDBB" w14:textId="7D61686D" w:rsidR="00D237FE" w:rsidRPr="005221F3" w:rsidRDefault="00E65FF6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Fatih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A.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7DE41C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7C2461CF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0F4E5D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13.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Macaristan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E215B31" w14:textId="6C871DA0" w:rsidR="00D237FE" w:rsidRPr="005221F3" w:rsidRDefault="001610D3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Gürkan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/Kerem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0B43F97" w14:textId="5971CC53" w:rsidR="00D237FE" w:rsidRPr="005221F3" w:rsidRDefault="001610D3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11.10.26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DF8670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D96972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5323BF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43. Kenya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333496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194942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C04161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3D0A1F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5E13A8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73. ABD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C8FD5D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50B6FC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2CCC50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4AF177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5B332CC4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AC92EE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14.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Polonya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319DCCA" w14:textId="3002FFEA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Dilara/Muhammed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2380F0C" w14:textId="09B9EA46" w:rsidR="00D237FE" w:rsidRPr="005221F3" w:rsidRDefault="00AC0735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7.10.26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BA5F4C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8AC8A0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E390D0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44.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Tanzanya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DB6C75A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80A856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6ADE6F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881697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7B6EF3E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74. Kanada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004D33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428FACB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32A0E99" w14:textId="2B489F2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Songül</w:t>
            </w:r>
            <w:proofErr w:type="spellEnd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/Merve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F7EB6A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21E57DDF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549493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15.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Hırvatistan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789F5E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2AA961A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54D238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B5817AE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D915CCE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45. Mauritius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CA22893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3FB4BCB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A97940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416658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A419A2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75.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Meksika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1C28C4D" w14:textId="79C17CCB" w:rsidR="00D237FE" w:rsidRPr="005221F3" w:rsidRDefault="00E65FF6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Furkan/Muhammet E.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F8D352C" w14:textId="3065DAB7" w:rsidR="00D237FE" w:rsidRPr="005221F3" w:rsidRDefault="00E65FF6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4.11.26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73DB29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4F97AB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3DEBBDE3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C1AA14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16.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Slovenya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4A96B9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291818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3240E8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94E717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163B80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46.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Seyşeller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997973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7902AE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0CB0D0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8BEA97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5782CB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76.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Brezilya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E587DAA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3D9AF0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11CC2AA" w14:textId="39B58071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Ahmet/Asaf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764B7C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52D9CF29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7E090D3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17. İrlanda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D209C9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723E73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76A99E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F9DFF3E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B55B15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47.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Namibya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180F27A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AE3220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69DACE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9FE061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13C457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77.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Arjantin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040FCE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832351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92C1FD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CCDEBC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0B995932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8ED2A6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18.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Danimarka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D8017A5" w14:textId="6B460633" w:rsidR="00D237FE" w:rsidRPr="005221F3" w:rsidRDefault="00E65FF6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Koray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Kıvanç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617DC34" w14:textId="02A1E6E3" w:rsidR="00D237FE" w:rsidRPr="005221F3" w:rsidRDefault="00E65FF6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4.11.26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C67606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4EA1B0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41B733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48.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Botsvana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C20147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5BE135E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7F9B37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166F6E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61A125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78. Peru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13E9682" w14:textId="1A376944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Arda/Ferhat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920B937" w14:textId="5212CDDA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7.10.26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76E517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E38296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7B10CEB2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4FF818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19.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İsveç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9199C0C" w14:textId="48193896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Songül</w:t>
            </w:r>
            <w:proofErr w:type="spellEnd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/Merve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6843713" w14:textId="64C09FDF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21.10.26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941AF0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7E4017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11A453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49. Ruanda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7DD63C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348E61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EAFC74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87E226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9FB8BD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79.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Kolombiya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2305B3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428625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C507147" w14:textId="22939EA2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Utku</w:t>
            </w:r>
            <w:proofErr w:type="spellEnd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Oğulcan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5167EF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66683819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ED6794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20.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Norveç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4F760F4" w14:textId="60AFDE32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Ahmet/Asaf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14F210B" w14:textId="1AD71372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21.10.26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3B389E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9BD18F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67467B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50.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Etiyopya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ABCC8F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77605D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5CA003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176F70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BEE9D9B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80.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Küba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C211EA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DA189E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933C386" w14:textId="25942B21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Seda/Naz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1E0C16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4E71BEDF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73D135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21.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Finlandiya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D1AC40D" w14:textId="21D0A9A1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6DFCDF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2EE1D47" w14:textId="40D5F714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Bilge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3E619B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D76458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51.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Birleşik</w:t>
            </w:r>
            <w:proofErr w:type="spellEnd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 Arap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Emirlikleri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D56D63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763D07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B416E0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827B62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682B573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81. Dominik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Cumhuriyeti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F77F617" w14:textId="5E71B116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Veysel</w:t>
            </w:r>
            <w:proofErr w:type="spellEnd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Burak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82886D5" w14:textId="123D5950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14.10.26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5C94EE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6E3DBB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304F0007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CB4495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22.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İzlanda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B6EE175" w14:textId="4D7EDC42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Bilge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7CBFE60" w14:textId="50AE107F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28.10.26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7EA7D8B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9DF211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004BF1A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52.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Suudi</w:t>
            </w:r>
            <w:proofErr w:type="spellEnd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Arabistan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124232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2669AA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54753E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C69B17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DC9C3BA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82. Kosta Rika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0667178" w14:textId="7B0EF2A3" w:rsidR="00D237FE" w:rsidRPr="005221F3" w:rsidRDefault="0014739F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Altuğ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Ö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51BB33A" w14:textId="4A4963FD" w:rsidR="00D237FE" w:rsidRPr="005221F3" w:rsidRDefault="0014739F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11.10.26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2B79F7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96DB1E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677462FB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1C0D1DA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23.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Estonya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D3F72B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62073C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60673F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09B4F9A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149995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53.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Katar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F8D7D7E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2143C83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D626EF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448D46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90A1E6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83. Panama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43C65B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C16648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21BB3C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BCDF673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21AA2E7E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70622C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24.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Letonya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171263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CD360C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43360A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20F6AF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486609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54.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Umman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2344DC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B99DD9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8D67FB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7EF2AA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D4372C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84.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Şili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F97F65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3D1651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31FA06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F5A98F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733E17EA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8C6628E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25.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Litvanya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DBF9FB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B5E862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44C22E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7E421B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5EDE72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55.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Ürdün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2C9D18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3782CBE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45942C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F647AC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CC708F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85.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Ekvador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AB0FD4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2F129B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8DA2FAB" w14:textId="38095B56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Arda/Ferhat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56372F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17234EBE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0284FF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26.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Romanya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5907633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213303B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52E3FF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A59D71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39CF201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56.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İsrail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6FD051A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3B9902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0DB527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8F6E76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318749E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86.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Jamaika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C3ECA8F" w14:textId="032A9A23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FED9EC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9F0EF10" w14:textId="3E98E49C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Saleh/İbrahim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B10308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403D74E0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090875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27.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Bulgaristan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3A611C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504664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4D4254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9A7082F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7F1C26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57.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Çin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0BC90C8" w14:textId="483F4BE9" w:rsidR="00D237FE" w:rsidRPr="005221F3" w:rsidRDefault="00E65FF6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Utku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/Mert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D0B49E9" w14:textId="334E6A0E" w:rsidR="00D237FE" w:rsidRPr="005221F3" w:rsidRDefault="00E65FF6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28.10.26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51F2FD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87BD7F3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21854A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87.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Bahamalar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A7365AD" w14:textId="6065EFA9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Saleh/İbrahim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81078BD" w14:textId="02F99B16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28.10.26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AF4AAC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749408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54E7CBAD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0B99C8E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28.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Sırbistan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BB7ABA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0403A9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B14C3C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6A71B4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3CE744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58.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Japonya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24F501C" w14:textId="40FAF1CA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7C1223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74B0607" w14:textId="2A4B4BD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Tunahan</w:t>
            </w:r>
            <w:proofErr w:type="spellEnd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Asy</w:t>
            </w:r>
            <w:r w:rsidRPr="00522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433172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70C207C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88.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Avustralya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74735C7" w14:textId="0B9D7F83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1E6C92A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DC0411A" w14:textId="34318C99" w:rsidR="00D237FE" w:rsidRPr="005221F3" w:rsidRDefault="00E65FF6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Koray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Kıvanç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38E4B34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36C2779D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B7D981E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29. Bosna-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Hersek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C41A2CB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7D0F352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B7769FE" w14:textId="3B652635" w:rsidR="00D237FE" w:rsidRPr="005221F3" w:rsidRDefault="001610D3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Gürkan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/Kerem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F2A181B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CEB8DB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59.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Güney</w:t>
            </w:r>
            <w:proofErr w:type="spellEnd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 Kore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3A77687" w14:textId="0F4AC424" w:rsidR="00D237FE" w:rsidRPr="005221F3" w:rsidRDefault="00AC0735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Merve P./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Defne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A7AC780" w14:textId="62476F14" w:rsidR="00D237FE" w:rsidRPr="005221F3" w:rsidRDefault="00AC0735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28.10.26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34444A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D0A9BA0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B01249D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89. Yeni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Zelanda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5E66C8E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3DF756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EA7C6E3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585BD7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735" w:rsidRPr="005D5B80" w14:paraId="78B6948E" w14:textId="77777777" w:rsidTr="005221F3">
        <w:trPr>
          <w:jc w:val="center"/>
        </w:trPr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D73A5C3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30.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Karadağ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8AB20FA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181CE95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82FA1BE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465CBD48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ED64307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 xml:space="preserve">60. 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Tayland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CD65583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59B40B5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200E297C" w14:textId="28EFC8F3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Veysel</w:t>
            </w:r>
            <w:proofErr w:type="spellEnd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Burak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A5A49B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6F8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54CA0EB9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90. Fiji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6A3BFF9" w14:textId="10DE1BAA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Berke</w:t>
            </w:r>
            <w:proofErr w:type="spellEnd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Şevval</w:t>
            </w:r>
            <w:proofErr w:type="spellEnd"/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33089B75" w14:textId="5F5CCFFB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21F3">
              <w:rPr>
                <w:rFonts w:ascii="Times New Roman" w:hAnsi="Times New Roman" w:cs="Times New Roman"/>
                <w:sz w:val="20"/>
                <w:szCs w:val="20"/>
              </w:rPr>
              <w:t>14.10.26</w:t>
            </w: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6C40B5D6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18" w:type="dxa"/>
              <w:left w:w="28" w:type="dxa"/>
              <w:bottom w:w="18" w:type="dxa"/>
              <w:right w:w="28" w:type="dxa"/>
            </w:tcMar>
            <w:vAlign w:val="center"/>
          </w:tcPr>
          <w:p w14:paraId="098CC6E2" w14:textId="77777777" w:rsidR="00D237FE" w:rsidRPr="005221F3" w:rsidRDefault="00D237FE" w:rsidP="00D237FE">
            <w:pPr>
              <w:spacing w:line="1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6DFE3B" w14:textId="77777777" w:rsidR="009F58E3" w:rsidRDefault="00AC0735">
      <w:pPr>
        <w:spacing w:before="20" w:after="0"/>
        <w:jc w:val="right"/>
      </w:pPr>
      <w:r>
        <w:rPr>
          <w:i/>
          <w:sz w:val="13"/>
        </w:rPr>
        <w:t xml:space="preserve">Not: </w:t>
      </w:r>
      <w:proofErr w:type="spellStart"/>
      <w:r>
        <w:rPr>
          <w:i/>
          <w:sz w:val="13"/>
        </w:rPr>
        <w:t>Ülke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seçimi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kesinleştikten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sonra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değişiklikler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yalnızca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öğretim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elemanının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onayıyla</w:t>
      </w:r>
      <w:proofErr w:type="spellEnd"/>
      <w:r>
        <w:rPr>
          <w:i/>
          <w:sz w:val="13"/>
        </w:rPr>
        <w:t xml:space="preserve"> </w:t>
      </w:r>
      <w:proofErr w:type="spellStart"/>
      <w:r>
        <w:rPr>
          <w:i/>
          <w:sz w:val="13"/>
        </w:rPr>
        <w:t>yapılır</w:t>
      </w:r>
      <w:proofErr w:type="spellEnd"/>
      <w:r>
        <w:rPr>
          <w:i/>
          <w:sz w:val="13"/>
        </w:rPr>
        <w:t>.</w:t>
      </w:r>
    </w:p>
    <w:sectPr w:rsidR="009F58E3" w:rsidSect="00034616">
      <w:pgSz w:w="15840" w:h="12240" w:orient="landscape"/>
      <w:pgMar w:top="425" w:right="369" w:bottom="369" w:left="36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8004058">
    <w:abstractNumId w:val="8"/>
  </w:num>
  <w:num w:numId="2" w16cid:durableId="881209244">
    <w:abstractNumId w:val="6"/>
  </w:num>
  <w:num w:numId="3" w16cid:durableId="934943556">
    <w:abstractNumId w:val="5"/>
  </w:num>
  <w:num w:numId="4" w16cid:durableId="809907410">
    <w:abstractNumId w:val="4"/>
  </w:num>
  <w:num w:numId="5" w16cid:durableId="232353729">
    <w:abstractNumId w:val="7"/>
  </w:num>
  <w:num w:numId="6" w16cid:durableId="534656771">
    <w:abstractNumId w:val="3"/>
  </w:num>
  <w:num w:numId="7" w16cid:durableId="235866808">
    <w:abstractNumId w:val="2"/>
  </w:num>
  <w:num w:numId="8" w16cid:durableId="435254580">
    <w:abstractNumId w:val="1"/>
  </w:num>
  <w:num w:numId="9" w16cid:durableId="260601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264D"/>
    <w:rsid w:val="0014739F"/>
    <w:rsid w:val="0015074B"/>
    <w:rsid w:val="001610D3"/>
    <w:rsid w:val="00216B7A"/>
    <w:rsid w:val="0029639D"/>
    <w:rsid w:val="00326F90"/>
    <w:rsid w:val="00457503"/>
    <w:rsid w:val="005221F3"/>
    <w:rsid w:val="0055660B"/>
    <w:rsid w:val="005D5B80"/>
    <w:rsid w:val="008E3DB3"/>
    <w:rsid w:val="009F58E3"/>
    <w:rsid w:val="00AA1D8D"/>
    <w:rsid w:val="00AC0735"/>
    <w:rsid w:val="00B47730"/>
    <w:rsid w:val="00CB0664"/>
    <w:rsid w:val="00D237FE"/>
    <w:rsid w:val="00E5687A"/>
    <w:rsid w:val="00E65FF6"/>
    <w:rsid w:val="00ED0E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F65A0"/>
  <w14:defaultImageDpi w14:val="300"/>
  <w15:docId w15:val="{6E16223E-1A6F-4B40-ACBF-8A4E20AC7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706</Words>
  <Characters>4028</Characters>
  <Application>Microsoft Office Word</Application>
  <DocSecurity>0</DocSecurity>
  <Lines>33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cihan secilmis</cp:lastModifiedBy>
  <cp:revision>7</cp:revision>
  <dcterms:created xsi:type="dcterms:W3CDTF">2013-12-23T23:15:00Z</dcterms:created>
  <dcterms:modified xsi:type="dcterms:W3CDTF">2026-10-07T11:50:00Z</dcterms:modified>
  <cp:category/>
</cp:coreProperties>
</file>